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F70A6" w14:textId="49D09CAA" w:rsidR="00554B2D" w:rsidRDefault="000B673E" w:rsidP="008B167C">
      <w:pPr>
        <w:spacing w:after="20"/>
      </w:pPr>
      <w:r>
        <w:rPr>
          <w:b/>
          <w:noProof/>
          <w:color w:val="14674C"/>
          <w:sz w:val="22"/>
        </w:rPr>
        <w:drawing>
          <wp:anchor distT="0" distB="0" distL="114300" distR="114300" simplePos="0" relativeHeight="251666944" behindDoc="0" locked="0" layoutInCell="1" allowOverlap="1" wp14:anchorId="035BF861" wp14:editId="6BB9D5DF">
            <wp:simplePos x="0" y="0"/>
            <wp:positionH relativeFrom="column">
              <wp:posOffset>5074920</wp:posOffset>
            </wp:positionH>
            <wp:positionV relativeFrom="paragraph">
              <wp:posOffset>-83820</wp:posOffset>
            </wp:positionV>
            <wp:extent cx="1751309" cy="556144"/>
            <wp:effectExtent l="0" t="0" r="1905" b="0"/>
            <wp:wrapNone/>
            <wp:docPr id="5904462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446227" name="Picture 59044622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3989" cy="560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14674C"/>
          <w:sz w:val="36"/>
        </w:rPr>
        <w:t>SINA Neighborhood Service Awards</w:t>
      </w:r>
    </w:p>
    <w:p w14:paraId="071191C9" w14:textId="28FD3B63" w:rsidR="00554B2D" w:rsidRPr="008B167C" w:rsidRDefault="000B673E" w:rsidP="008B167C">
      <w:pPr>
        <w:spacing w:after="14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DBFCCA" wp14:editId="63B08A42">
                <wp:simplePos x="0" y="0"/>
                <wp:positionH relativeFrom="column">
                  <wp:posOffset>5074920</wp:posOffset>
                </wp:positionH>
                <wp:positionV relativeFrom="paragraph">
                  <wp:posOffset>154305</wp:posOffset>
                </wp:positionV>
                <wp:extent cx="1851660" cy="495300"/>
                <wp:effectExtent l="0" t="0" r="0" b="0"/>
                <wp:wrapNone/>
                <wp:docPr id="78825608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F06581" w14:textId="7E32361B" w:rsidR="000B673E" w:rsidRPr="008227BE" w:rsidRDefault="000B673E" w:rsidP="008227BE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Fonts w:ascii="Aptos" w:hAnsi="Aptos" w:cs="Arial"/>
                                <w:i/>
                                <w:iCs/>
                                <w:color w:val="40403E"/>
                                <w:sz w:val="14"/>
                                <w:szCs w:val="14"/>
                              </w:rPr>
                            </w:pPr>
                            <w:r w:rsidRPr="008227BE">
                              <w:rPr>
                                <w:rFonts w:ascii="Aptos" w:hAnsi="Aptos" w:cs="Arial"/>
                                <w:i/>
                                <w:iCs/>
                                <w:color w:val="40403E"/>
                                <w:sz w:val="14"/>
                                <w:szCs w:val="14"/>
                              </w:rPr>
                              <w:t>SINA is a partnership between</w:t>
                            </w:r>
                            <w:r w:rsidRPr="008227BE">
                              <w:rPr>
                                <w:rFonts w:ascii="Aptos" w:hAnsi="Aptos" w:cs="Arial"/>
                                <w:i/>
                                <w:iCs/>
                                <w:color w:val="40403E"/>
                                <w:sz w:val="14"/>
                                <w:szCs w:val="14"/>
                              </w:rPr>
                              <w:br/>
                              <w:t xml:space="preserve"> Connecticut Children’s, Hartford Hospital,</w:t>
                            </w:r>
                            <w:r w:rsidRPr="008227BE">
                              <w:rPr>
                                <w:rFonts w:ascii="Aptos" w:hAnsi="Aptos" w:cs="Arial"/>
                                <w:i/>
                                <w:iCs/>
                                <w:color w:val="40403E"/>
                                <w:sz w:val="14"/>
                                <w:szCs w:val="14"/>
                              </w:rPr>
                              <w:br/>
                              <w:t xml:space="preserve"> and Trinity College.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DBFCC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9.6pt;margin-top:12.15pt;width:145.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" filled="f" stroked="f" strokeweight=".5pt">
                <v:textbox>
                  <w:txbxContent>
                    <w:p w14:paraId="58F06581" w14:textId="7E32361B" w:rsidR="000B673E" w:rsidRPr="008227BE" w:rsidRDefault="000B673E" w:rsidP="008227BE">
                      <w:pPr>
                        <w:pStyle w:val="BasicParagraph"/>
                        <w:spacing w:line="240" w:lineRule="auto"/>
                        <w:jc w:val="center"/>
                        <w:rPr>
                          <w:rFonts w:ascii="Aptos" w:hAnsi="Aptos" w:cs="Arial"/>
                          <w:i/>
                          <w:iCs/>
                          <w:color w:val="40403E"/>
                          <w:sz w:val="14"/>
                          <w:szCs w:val="14"/>
                        </w:rPr>
                      </w:pPr>
                      <w:r w:rsidRPr="008227BE">
                        <w:rPr>
                          <w:rFonts w:ascii="Aptos" w:hAnsi="Aptos" w:cs="Arial"/>
                          <w:i/>
                          <w:iCs/>
                          <w:color w:val="40403E"/>
                          <w:sz w:val="14"/>
                          <w:szCs w:val="14"/>
                        </w:rPr>
                        <w:t>SINA is a partnership between</w:t>
                      </w:r>
                      <w:r w:rsidRPr="008227BE">
                        <w:rPr>
                          <w:rFonts w:ascii="Aptos" w:hAnsi="Aptos" w:cs="Arial"/>
                          <w:i/>
                          <w:iCs/>
                          <w:color w:val="40403E"/>
                          <w:sz w:val="14"/>
                          <w:szCs w:val="14"/>
                        </w:rPr>
                        <w:br/>
                        <w:t xml:space="preserve"> Connecticut Children’s, Hartford Hospital,</w:t>
                      </w:r>
                      <w:r w:rsidRPr="008227BE">
                        <w:rPr>
                          <w:rFonts w:ascii="Aptos" w:hAnsi="Aptos" w:cs="Arial"/>
                          <w:i/>
                          <w:iCs/>
                          <w:color w:val="40403E"/>
                          <w:sz w:val="14"/>
                          <w:szCs w:val="14"/>
                        </w:rPr>
                        <w:br/>
                        <w:t xml:space="preserve"> and Trinity College.</w:t>
                      </w:r>
                    </w:p>
                  </w:txbxContent>
                </v:textbox>
              </v:shape>
            </w:pict>
          </mc:Fallback>
        </mc:AlternateContent>
      </w:r>
      <w:r w:rsidRPr="008B167C">
        <w:rPr>
          <w:b/>
          <w:bCs/>
          <w:sz w:val="28"/>
          <w:szCs w:val="28"/>
        </w:rPr>
        <w:t>2027 Candidate Nomination Form</w:t>
      </w:r>
    </w:p>
    <w:p w14:paraId="48127AB3" w14:textId="654FC605" w:rsidR="00554B2D" w:rsidRPr="008B167C" w:rsidRDefault="00BE0030" w:rsidP="008B167C">
      <w:pPr>
        <w:spacing w:after="160"/>
        <w:rPr>
          <w:sz w:val="24"/>
          <w:szCs w:val="24"/>
        </w:rPr>
      </w:pPr>
      <w:r w:rsidRPr="008B167C">
        <w:rPr>
          <w:b/>
          <w:color w:val="14674C"/>
          <w:sz w:val="24"/>
          <w:szCs w:val="24"/>
        </w:rPr>
        <w:t>DUE</w:t>
      </w:r>
      <w:r w:rsidR="006477E3">
        <w:rPr>
          <w:b/>
          <w:color w:val="14674C"/>
          <w:sz w:val="24"/>
          <w:szCs w:val="24"/>
        </w:rPr>
        <w:t>:</w:t>
      </w:r>
      <w:r w:rsidRPr="008B167C">
        <w:rPr>
          <w:b/>
          <w:color w:val="14674C"/>
          <w:sz w:val="24"/>
          <w:szCs w:val="24"/>
        </w:rPr>
        <w:t xml:space="preserve"> APRIL 2, </w:t>
      </w:r>
      <w:proofErr w:type="gramStart"/>
      <w:r w:rsidRPr="008B167C">
        <w:rPr>
          <w:b/>
          <w:color w:val="14674C"/>
          <w:sz w:val="24"/>
          <w:szCs w:val="24"/>
        </w:rPr>
        <w:t>2027</w:t>
      </w:r>
      <w:proofErr w:type="gramEnd"/>
      <w:r w:rsidRPr="008B167C">
        <w:rPr>
          <w:b/>
          <w:color w:val="14674C"/>
          <w:sz w:val="24"/>
          <w:szCs w:val="24"/>
        </w:rPr>
        <w:t xml:space="preserve">    </w:t>
      </w:r>
      <w:r w:rsidRPr="00500D65">
        <w:rPr>
          <w:b/>
          <w:color w:val="40403E"/>
          <w:sz w:val="24"/>
          <w:szCs w:val="24"/>
        </w:rPr>
        <w:t xml:space="preserve"> •     </w:t>
      </w:r>
      <w:r w:rsidRPr="008B167C">
        <w:rPr>
          <w:b/>
          <w:color w:val="14674C"/>
          <w:sz w:val="24"/>
          <w:szCs w:val="24"/>
        </w:rPr>
        <w:t xml:space="preserve">ONLINE: </w:t>
      </w:r>
      <w:r w:rsidRPr="003A158C">
        <w:rPr>
          <w:b/>
          <w:sz w:val="24"/>
          <w:szCs w:val="24"/>
        </w:rPr>
        <w:t>sinainc.org/nsa</w:t>
      </w:r>
    </w:p>
    <w:p w14:paraId="07FA0517" w14:textId="1FECDA55" w:rsidR="00554B2D" w:rsidRPr="000B673E" w:rsidRDefault="00BE0030">
      <w:pPr>
        <w:spacing w:after="100"/>
        <w:rPr>
          <w:sz w:val="19"/>
          <w:szCs w:val="19"/>
        </w:rPr>
      </w:pPr>
      <w:r w:rsidRPr="000B673E">
        <w:rPr>
          <w:sz w:val="19"/>
          <w:szCs w:val="19"/>
        </w:rPr>
        <w:t>SINA recognizes people who make a lasting difference in Hartford neighborhoods south of Capitol Avenue. Nominate someone who lives or works in the area and contributes through paid or volunteer service. Additional materials are welcome.</w:t>
      </w:r>
    </w:p>
    <w:p w14:paraId="1DA1F197" w14:textId="080F30D2" w:rsidR="00554B2D" w:rsidRDefault="00EE425D">
      <w:pPr>
        <w:spacing w:before="180" w:after="100"/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65EEC6F" wp14:editId="0C671400">
                <wp:simplePos x="0" y="0"/>
                <wp:positionH relativeFrom="column">
                  <wp:posOffset>-213360</wp:posOffset>
                </wp:positionH>
                <wp:positionV relativeFrom="paragraph">
                  <wp:posOffset>19050</wp:posOffset>
                </wp:positionV>
                <wp:extent cx="7040880" cy="198120"/>
                <wp:effectExtent l="0" t="0" r="7620" b="0"/>
                <wp:wrapNone/>
                <wp:docPr id="17259273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0880" cy="198120"/>
                        </a:xfrm>
                        <a:prstGeom prst="rect">
                          <a:avLst/>
                        </a:prstGeom>
                        <a:solidFill>
                          <a:srgbClr val="CFE4F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E48CD" id="Rectangle 1" o:spid="_x0000_s1026" style="position:absolute;margin-left:-16.8pt;margin-top:1.5pt;width:554.4pt;height:15.6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" fillcolor="#cfe4f2" stroked="f"/>
            </w:pict>
          </mc:Fallback>
        </mc:AlternateContent>
      </w:r>
      <w:r>
        <w:rPr>
          <w:b/>
          <w:color w:val="14674C"/>
          <w:sz w:val="22"/>
        </w:rPr>
        <w:t>N</w:t>
      </w:r>
      <w:r w:rsidR="008B167C">
        <w:rPr>
          <w:b/>
          <w:color w:val="14674C"/>
          <w:sz w:val="22"/>
        </w:rPr>
        <w:t>OMINEE INFORMATION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54B2D" w:rsidRPr="003A158C" w14:paraId="79DE8790" w14:textId="77777777">
        <w:tc>
          <w:tcPr>
            <w:tcW w:w="5040" w:type="dxa"/>
            <w:vAlign w:val="center"/>
          </w:tcPr>
          <w:p w14:paraId="68BDE41A" w14:textId="584ADF05" w:rsidR="00554B2D" w:rsidRPr="006477E3" w:rsidRDefault="00BE0030">
            <w:pPr>
              <w:rPr>
                <w:sz w:val="20"/>
                <w:szCs w:val="20"/>
              </w:rPr>
            </w:pPr>
            <w:r w:rsidRPr="006477E3">
              <w:rPr>
                <w:sz w:val="20"/>
                <w:szCs w:val="20"/>
              </w:rPr>
              <w:t>Nominee name</w:t>
            </w:r>
          </w:p>
        </w:tc>
        <w:tc>
          <w:tcPr>
            <w:tcW w:w="5040" w:type="dxa"/>
            <w:vAlign w:val="center"/>
          </w:tcPr>
          <w:p w14:paraId="57E4A6C4" w14:textId="15D94D4A" w:rsidR="00554B2D" w:rsidRPr="006477E3" w:rsidRDefault="003A158C">
            <w:pPr>
              <w:rPr>
                <w:sz w:val="20"/>
                <w:szCs w:val="20"/>
              </w:rPr>
            </w:pPr>
            <w:r w:rsidRPr="006477E3">
              <w:rPr>
                <w:sz w:val="20"/>
                <w:szCs w:val="20"/>
              </w:rPr>
              <w:t>Place of Business (if applicable)</w:t>
            </w:r>
          </w:p>
        </w:tc>
      </w:tr>
      <w:tr w:rsidR="00554B2D" w:rsidRPr="003A158C" w14:paraId="7A30881A" w14:textId="77777777" w:rsidTr="003A158C">
        <w:trPr>
          <w:trHeight w:val="574"/>
        </w:trPr>
        <w:tc>
          <w:tcPr>
            <w:tcW w:w="5040" w:type="dxa"/>
            <w:tcBorders>
              <w:bottom w:val="single" w:sz="0" w:space="0" w:color="AABBB3"/>
            </w:tcBorders>
          </w:tcPr>
          <w:p w14:paraId="6903A1C3" w14:textId="74F0B43D" w:rsidR="00554B2D" w:rsidRPr="003A158C" w:rsidRDefault="00BE0030">
            <w:pPr>
              <w:spacing w:after="0"/>
              <w:rPr>
                <w:sz w:val="20"/>
                <w:szCs w:val="20"/>
              </w:rPr>
            </w:pPr>
            <w:r w:rsidRPr="003A15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40" w:type="dxa"/>
            <w:tcBorders>
              <w:bottom w:val="single" w:sz="0" w:space="0" w:color="AABBB3"/>
            </w:tcBorders>
          </w:tcPr>
          <w:p w14:paraId="4B6198D2" w14:textId="77777777" w:rsidR="00554B2D" w:rsidRPr="003A158C" w:rsidRDefault="00BE0030">
            <w:pPr>
              <w:spacing w:after="0"/>
              <w:rPr>
                <w:sz w:val="20"/>
                <w:szCs w:val="20"/>
              </w:rPr>
            </w:pPr>
            <w:r w:rsidRPr="003A158C">
              <w:rPr>
                <w:sz w:val="20"/>
                <w:szCs w:val="20"/>
              </w:rPr>
              <w:t xml:space="preserve"> </w:t>
            </w:r>
          </w:p>
        </w:tc>
      </w:tr>
    </w:tbl>
    <w:p w14:paraId="32E24927" w14:textId="67764466" w:rsidR="00554B2D" w:rsidRPr="000B673E" w:rsidRDefault="00554B2D">
      <w:pPr>
        <w:spacing w:after="0"/>
        <w:rPr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554B2D" w:rsidRPr="003A158C" w14:paraId="313320A4" w14:textId="77777777">
        <w:tc>
          <w:tcPr>
            <w:tcW w:w="10080" w:type="dxa"/>
            <w:vAlign w:val="center"/>
          </w:tcPr>
          <w:p w14:paraId="2E1D32D0" w14:textId="13BA7FF6" w:rsidR="00554B2D" w:rsidRPr="003A158C" w:rsidRDefault="003A158C">
            <w:pPr>
              <w:rPr>
                <w:sz w:val="20"/>
                <w:szCs w:val="20"/>
              </w:rPr>
            </w:pPr>
            <w:r w:rsidRPr="006477E3">
              <w:rPr>
                <w:sz w:val="20"/>
                <w:szCs w:val="20"/>
              </w:rPr>
              <w:t>Mailing Address</w:t>
            </w:r>
          </w:p>
        </w:tc>
      </w:tr>
      <w:tr w:rsidR="00554B2D" w:rsidRPr="003A158C" w14:paraId="45AD5349" w14:textId="77777777">
        <w:tc>
          <w:tcPr>
            <w:tcW w:w="10080" w:type="dxa"/>
            <w:tcBorders>
              <w:bottom w:val="single" w:sz="0" w:space="0" w:color="AABBB3"/>
            </w:tcBorders>
          </w:tcPr>
          <w:p w14:paraId="11780D92" w14:textId="015D6CB2" w:rsidR="00554B2D" w:rsidRPr="003A158C" w:rsidRDefault="00BE0030">
            <w:pPr>
              <w:spacing w:after="0"/>
              <w:rPr>
                <w:sz w:val="20"/>
                <w:szCs w:val="20"/>
              </w:rPr>
            </w:pPr>
            <w:r w:rsidRPr="003A158C">
              <w:rPr>
                <w:sz w:val="20"/>
                <w:szCs w:val="20"/>
              </w:rPr>
              <w:t xml:space="preserve"> </w:t>
            </w:r>
          </w:p>
        </w:tc>
      </w:tr>
    </w:tbl>
    <w:p w14:paraId="2560E8AB" w14:textId="6AE16754" w:rsidR="00554B2D" w:rsidRDefault="00554B2D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54B2D" w:rsidRPr="003A158C" w14:paraId="0DE17AE1" w14:textId="77777777">
        <w:tc>
          <w:tcPr>
            <w:tcW w:w="5040" w:type="dxa"/>
            <w:vAlign w:val="center"/>
          </w:tcPr>
          <w:p w14:paraId="11CAB719" w14:textId="7D4AFC6C" w:rsidR="00554B2D" w:rsidRPr="006477E3" w:rsidRDefault="00BE0030">
            <w:pPr>
              <w:rPr>
                <w:sz w:val="20"/>
                <w:szCs w:val="20"/>
              </w:rPr>
            </w:pPr>
            <w:r w:rsidRPr="006477E3">
              <w:rPr>
                <w:sz w:val="20"/>
                <w:szCs w:val="20"/>
              </w:rPr>
              <w:t>Email</w:t>
            </w:r>
          </w:p>
        </w:tc>
        <w:tc>
          <w:tcPr>
            <w:tcW w:w="5040" w:type="dxa"/>
            <w:vAlign w:val="center"/>
          </w:tcPr>
          <w:p w14:paraId="28DEFECB" w14:textId="77777777" w:rsidR="00554B2D" w:rsidRPr="006477E3" w:rsidRDefault="00BE0030">
            <w:pPr>
              <w:rPr>
                <w:sz w:val="20"/>
                <w:szCs w:val="20"/>
              </w:rPr>
            </w:pPr>
            <w:r w:rsidRPr="006477E3">
              <w:rPr>
                <w:sz w:val="20"/>
                <w:szCs w:val="20"/>
              </w:rPr>
              <w:t>Phone</w:t>
            </w:r>
          </w:p>
        </w:tc>
      </w:tr>
      <w:tr w:rsidR="00554B2D" w:rsidRPr="003A158C" w14:paraId="05CA4851" w14:textId="77777777">
        <w:tc>
          <w:tcPr>
            <w:tcW w:w="5040" w:type="dxa"/>
            <w:tcBorders>
              <w:bottom w:val="single" w:sz="0" w:space="0" w:color="AABBB3"/>
            </w:tcBorders>
          </w:tcPr>
          <w:p w14:paraId="1E33C802" w14:textId="3DE943A9" w:rsidR="00554B2D" w:rsidRPr="003A158C" w:rsidRDefault="00BE0030">
            <w:pPr>
              <w:spacing w:after="0"/>
              <w:rPr>
                <w:sz w:val="20"/>
                <w:szCs w:val="20"/>
              </w:rPr>
            </w:pPr>
            <w:r w:rsidRPr="003A15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40" w:type="dxa"/>
            <w:tcBorders>
              <w:bottom w:val="single" w:sz="0" w:space="0" w:color="AABBB3"/>
            </w:tcBorders>
          </w:tcPr>
          <w:p w14:paraId="438CA608" w14:textId="77777777" w:rsidR="00554B2D" w:rsidRPr="003A158C" w:rsidRDefault="00BE0030">
            <w:pPr>
              <w:spacing w:after="0"/>
              <w:rPr>
                <w:sz w:val="20"/>
                <w:szCs w:val="20"/>
              </w:rPr>
            </w:pPr>
            <w:r w:rsidRPr="003A158C">
              <w:rPr>
                <w:sz w:val="20"/>
                <w:szCs w:val="20"/>
              </w:rPr>
              <w:t xml:space="preserve"> </w:t>
            </w:r>
          </w:p>
        </w:tc>
      </w:tr>
    </w:tbl>
    <w:p w14:paraId="3E8C0EBC" w14:textId="13C20628" w:rsidR="00554B2D" w:rsidRPr="003A158C" w:rsidRDefault="00EE425D">
      <w:pPr>
        <w:spacing w:before="180" w:after="100"/>
        <w:rPr>
          <w:sz w:val="24"/>
          <w:szCs w:val="24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167B5C8" wp14:editId="6976F9B9">
                <wp:simplePos x="0" y="0"/>
                <wp:positionH relativeFrom="column">
                  <wp:posOffset>-259080</wp:posOffset>
                </wp:positionH>
                <wp:positionV relativeFrom="paragraph">
                  <wp:posOffset>100965</wp:posOffset>
                </wp:positionV>
                <wp:extent cx="7040880" cy="198120"/>
                <wp:effectExtent l="0" t="0" r="7620" b="0"/>
                <wp:wrapNone/>
                <wp:docPr id="17730322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0880" cy="198120"/>
                        </a:xfrm>
                        <a:prstGeom prst="rect">
                          <a:avLst/>
                        </a:prstGeom>
                        <a:solidFill>
                          <a:srgbClr val="CFE4F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7041B" id="Rectangle 1" o:spid="_x0000_s1026" style="position:absolute;margin-left:-20.4pt;margin-top:7.95pt;width:554.4pt;height:15.6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" fillcolor="#cfe4f2" stroked="f"/>
            </w:pict>
          </mc:Fallback>
        </mc:AlternateContent>
      </w:r>
      <w:r w:rsidR="008B167C" w:rsidRPr="003A158C">
        <w:rPr>
          <w:b/>
          <w:color w:val="14674C"/>
          <w:sz w:val="24"/>
          <w:szCs w:val="24"/>
        </w:rPr>
        <w:t>REASON FOR NOMINATION</w:t>
      </w:r>
    </w:p>
    <w:p w14:paraId="401CADFB" w14:textId="77777777" w:rsidR="00EE425D" w:rsidRPr="00EE425D" w:rsidRDefault="008B167C" w:rsidP="00EE425D">
      <w:pPr>
        <w:spacing w:after="0"/>
        <w:rPr>
          <w:sz w:val="16"/>
          <w:szCs w:val="16"/>
        </w:rPr>
      </w:pPr>
      <w:r w:rsidRPr="00EE425D">
        <w:rPr>
          <w:sz w:val="22"/>
        </w:rPr>
        <w:t xml:space="preserve">How long have you known the nominee? </w:t>
      </w:r>
      <w:proofErr w:type="gramStart"/>
      <w:r w:rsidRPr="00EE425D">
        <w:rPr>
          <w:sz w:val="22"/>
        </w:rPr>
        <w:t>___________________</w:t>
      </w:r>
      <w:r w:rsidRPr="00EE425D">
        <w:rPr>
          <w:sz w:val="22"/>
        </w:rPr>
        <w:tab/>
      </w:r>
      <w:proofErr w:type="gramEnd"/>
      <w:r w:rsidRPr="00EE425D">
        <w:rPr>
          <w:sz w:val="22"/>
        </w:rPr>
        <w:tab/>
        <w:t>Service type:    ☐ Paid      ☐ Unpaid</w:t>
      </w:r>
      <w:r w:rsidRPr="00EE425D">
        <w:rPr>
          <w:sz w:val="22"/>
        </w:rPr>
        <w:br/>
      </w:r>
    </w:p>
    <w:p w14:paraId="132298DF" w14:textId="421BD08E" w:rsidR="00554B2D" w:rsidRPr="00EE425D" w:rsidRDefault="003A158C" w:rsidP="00EE425D">
      <w:pPr>
        <w:spacing w:after="0"/>
        <w:rPr>
          <w:sz w:val="22"/>
        </w:rPr>
      </w:pPr>
      <w:r w:rsidRPr="003A158C">
        <w:rPr>
          <w:b/>
          <w:bCs/>
          <w:sz w:val="22"/>
        </w:rPr>
        <w:t xml:space="preserve">Please provide the community contributions for the past 1-5 years in Hartford which nominee should be recognized. Include the name of organizations and </w:t>
      </w:r>
      <w:proofErr w:type="gramStart"/>
      <w:r w:rsidRPr="003A158C">
        <w:rPr>
          <w:b/>
          <w:bCs/>
          <w:sz w:val="22"/>
        </w:rPr>
        <w:t>or</w:t>
      </w:r>
      <w:proofErr w:type="gramEnd"/>
      <w:r w:rsidRPr="003A158C">
        <w:rPr>
          <w:b/>
          <w:bCs/>
          <w:sz w:val="22"/>
        </w:rPr>
        <w:t xml:space="preserve"> committees if it applies: </w:t>
      </w:r>
    </w:p>
    <w:p w14:paraId="70C6C733" w14:textId="14B60294" w:rsidR="008B167C" w:rsidRPr="000B673E" w:rsidRDefault="000B673E">
      <w:pPr>
        <w:pBdr>
          <w:bottom w:val="single" w:sz="0" w:space="0" w:color="CED9D3"/>
        </w:pBdr>
        <w:spacing w:after="20" w:line="240" w:lineRule="auto"/>
        <w:rPr>
          <w:sz w:val="16"/>
          <w:szCs w:val="16"/>
        </w:rPr>
      </w:pPr>
      <w:r w:rsidRPr="006477E3">
        <w:rPr>
          <w:color w:val="40403E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77E3" w:rsidRPr="006477E3">
        <w:rPr>
          <w:color w:val="40403E"/>
          <w:sz w:val="22"/>
        </w:rPr>
        <w:t>____</w:t>
      </w:r>
      <w:r w:rsidRPr="006477E3">
        <w:rPr>
          <w:color w:val="40403E"/>
          <w:sz w:val="22"/>
        </w:rPr>
        <w:t>_______________________</w:t>
      </w:r>
      <w:r>
        <w:rPr>
          <w:sz w:val="22"/>
        </w:rPr>
        <w:br/>
      </w:r>
    </w:p>
    <w:p w14:paraId="1FD84E47" w14:textId="1441C46E" w:rsidR="00554B2D" w:rsidRPr="003A158C" w:rsidRDefault="003A158C">
      <w:pPr>
        <w:pBdr>
          <w:bottom w:val="single" w:sz="0" w:space="0" w:color="CED9D3"/>
        </w:pBdr>
        <w:spacing w:after="20" w:line="240" w:lineRule="auto"/>
        <w:rPr>
          <w:b/>
          <w:bCs/>
          <w:sz w:val="22"/>
        </w:rPr>
      </w:pPr>
      <w:r w:rsidRPr="003A158C">
        <w:rPr>
          <w:b/>
          <w:bCs/>
          <w:sz w:val="22"/>
        </w:rPr>
        <w:t xml:space="preserve">Share how the nominee’s activities enriched the neighborhood in south Hartford:  </w:t>
      </w:r>
    </w:p>
    <w:p w14:paraId="5CE6C16C" w14:textId="40F3A2F6" w:rsidR="000B673E" w:rsidRPr="000B673E" w:rsidRDefault="000B673E" w:rsidP="000B673E">
      <w:pPr>
        <w:pBdr>
          <w:bottom w:val="single" w:sz="0" w:space="0" w:color="CED9D3"/>
        </w:pBdr>
        <w:spacing w:after="20" w:line="240" w:lineRule="auto"/>
        <w:rPr>
          <w:sz w:val="16"/>
          <w:szCs w:val="16"/>
        </w:rPr>
      </w:pPr>
      <w:r w:rsidRPr="006477E3">
        <w:rPr>
          <w:color w:val="40403E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77E3" w:rsidRPr="006477E3">
        <w:rPr>
          <w:color w:val="40403E"/>
          <w:sz w:val="22"/>
        </w:rPr>
        <w:t>____</w:t>
      </w:r>
      <w:r w:rsidRPr="006477E3">
        <w:rPr>
          <w:color w:val="40403E"/>
          <w:sz w:val="22"/>
        </w:rPr>
        <w:t>______</w:t>
      </w:r>
      <w:r>
        <w:rPr>
          <w:sz w:val="22"/>
        </w:rPr>
        <w:br/>
      </w:r>
    </w:p>
    <w:p w14:paraId="06CE7542" w14:textId="1B9726FA" w:rsidR="00554B2D" w:rsidRPr="003A158C" w:rsidRDefault="003A158C">
      <w:pPr>
        <w:pBdr>
          <w:bottom w:val="single" w:sz="0" w:space="0" w:color="CED9D3"/>
        </w:pBdr>
        <w:spacing w:after="20" w:line="240" w:lineRule="auto"/>
        <w:rPr>
          <w:b/>
          <w:bCs/>
          <w:sz w:val="22"/>
        </w:rPr>
      </w:pPr>
      <w:r w:rsidRPr="003A158C">
        <w:rPr>
          <w:b/>
          <w:bCs/>
          <w:sz w:val="22"/>
        </w:rPr>
        <w:t xml:space="preserve">What about the nominee </w:t>
      </w:r>
      <w:proofErr w:type="gramStart"/>
      <w:r w:rsidRPr="003A158C">
        <w:rPr>
          <w:b/>
          <w:bCs/>
          <w:sz w:val="22"/>
        </w:rPr>
        <w:t>differentiates</w:t>
      </w:r>
      <w:proofErr w:type="gramEnd"/>
      <w:r w:rsidRPr="003A158C">
        <w:rPr>
          <w:b/>
          <w:bCs/>
          <w:sz w:val="22"/>
        </w:rPr>
        <w:t xml:space="preserve"> them from others? </w:t>
      </w:r>
    </w:p>
    <w:p w14:paraId="2C1BFE62" w14:textId="5C3BA451" w:rsidR="00EE425D" w:rsidRPr="000B673E" w:rsidRDefault="000B673E" w:rsidP="00EE425D">
      <w:pPr>
        <w:pBdr>
          <w:bottom w:val="single" w:sz="0" w:space="0" w:color="CED9D3"/>
        </w:pBdr>
        <w:spacing w:after="20" w:line="240" w:lineRule="auto"/>
        <w:rPr>
          <w:sz w:val="16"/>
          <w:szCs w:val="16"/>
        </w:rPr>
      </w:pPr>
      <w:r w:rsidRPr="006477E3">
        <w:rPr>
          <w:color w:val="40403E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77E3" w:rsidRPr="006477E3">
        <w:rPr>
          <w:color w:val="40403E"/>
          <w:sz w:val="22"/>
        </w:rPr>
        <w:t>____</w:t>
      </w:r>
      <w:r w:rsidRPr="006477E3">
        <w:rPr>
          <w:color w:val="40403E"/>
          <w:sz w:val="22"/>
        </w:rPr>
        <w:t>_____</w:t>
      </w:r>
    </w:p>
    <w:p w14:paraId="15212791" w14:textId="24003C6C" w:rsidR="008B167C" w:rsidRDefault="008B167C">
      <w:pPr>
        <w:pBdr>
          <w:bottom w:val="single" w:sz="0" w:space="0" w:color="CED9D3"/>
        </w:pBdr>
        <w:spacing w:after="20" w:line="240" w:lineRule="auto"/>
      </w:pPr>
    </w:p>
    <w:p w14:paraId="5D741D96" w14:textId="20CC8942" w:rsidR="00554B2D" w:rsidRDefault="000B673E">
      <w:pPr>
        <w:spacing w:before="180" w:after="100"/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2CA1062D" wp14:editId="1457111E">
                <wp:simplePos x="0" y="0"/>
                <wp:positionH relativeFrom="column">
                  <wp:posOffset>-259080</wp:posOffset>
                </wp:positionH>
                <wp:positionV relativeFrom="paragraph">
                  <wp:posOffset>75565</wp:posOffset>
                </wp:positionV>
                <wp:extent cx="7040880" cy="198120"/>
                <wp:effectExtent l="0" t="0" r="7620" b="0"/>
                <wp:wrapNone/>
                <wp:docPr id="5369121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0880" cy="198120"/>
                        </a:xfrm>
                        <a:prstGeom prst="rect">
                          <a:avLst/>
                        </a:prstGeom>
                        <a:solidFill>
                          <a:srgbClr val="CFE4F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7A72B" id="Rectangle 1" o:spid="_x0000_s1026" style="position:absolute;margin-left:-20.4pt;margin-top:5.95pt;width:554.4pt;height:15.6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" fillcolor="#cfe4f2" stroked="f"/>
            </w:pict>
          </mc:Fallback>
        </mc:AlternateContent>
      </w:r>
      <w:r w:rsidR="008B167C">
        <w:rPr>
          <w:b/>
          <w:color w:val="14674C"/>
          <w:sz w:val="22"/>
        </w:rPr>
        <w:t xml:space="preserve">YOUR / </w:t>
      </w:r>
      <w:r w:rsidR="003A158C">
        <w:rPr>
          <w:b/>
          <w:color w:val="14674C"/>
          <w:sz w:val="22"/>
        </w:rPr>
        <w:t>NOMINATOR</w:t>
      </w:r>
      <w:r w:rsidR="008B167C">
        <w:rPr>
          <w:b/>
          <w:color w:val="14674C"/>
          <w:sz w:val="22"/>
        </w:rPr>
        <w:t xml:space="preserve"> INFORMATION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54B2D" w:rsidRPr="003A158C" w14:paraId="27607BFE" w14:textId="77777777">
        <w:tc>
          <w:tcPr>
            <w:tcW w:w="5040" w:type="dxa"/>
            <w:vAlign w:val="center"/>
          </w:tcPr>
          <w:p w14:paraId="4A9FE3ED" w14:textId="77777777" w:rsidR="00554B2D" w:rsidRPr="003A158C" w:rsidRDefault="00BE0030">
            <w:pPr>
              <w:rPr>
                <w:sz w:val="20"/>
                <w:szCs w:val="20"/>
              </w:rPr>
            </w:pPr>
            <w:r w:rsidRPr="003A158C">
              <w:rPr>
                <w:color w:val="14674C"/>
                <w:sz w:val="20"/>
                <w:szCs w:val="20"/>
              </w:rPr>
              <w:t>Your name</w:t>
            </w:r>
          </w:p>
        </w:tc>
        <w:tc>
          <w:tcPr>
            <w:tcW w:w="5040" w:type="dxa"/>
            <w:vAlign w:val="center"/>
          </w:tcPr>
          <w:p w14:paraId="72F7CC2B" w14:textId="2E5B2D97" w:rsidR="00554B2D" w:rsidRPr="003A158C" w:rsidRDefault="00BE0030">
            <w:pPr>
              <w:rPr>
                <w:sz w:val="20"/>
                <w:szCs w:val="20"/>
              </w:rPr>
            </w:pPr>
            <w:r w:rsidRPr="003A158C">
              <w:rPr>
                <w:color w:val="14674C"/>
                <w:sz w:val="20"/>
                <w:szCs w:val="20"/>
              </w:rPr>
              <w:t xml:space="preserve">Your </w:t>
            </w:r>
            <w:r w:rsidR="003A158C" w:rsidRPr="003A158C">
              <w:rPr>
                <w:color w:val="14674C"/>
                <w:sz w:val="20"/>
                <w:szCs w:val="20"/>
              </w:rPr>
              <w:t xml:space="preserve">Mailing </w:t>
            </w:r>
            <w:r w:rsidRPr="003A158C">
              <w:rPr>
                <w:color w:val="14674C"/>
                <w:sz w:val="20"/>
                <w:szCs w:val="20"/>
              </w:rPr>
              <w:t>address</w:t>
            </w:r>
          </w:p>
        </w:tc>
      </w:tr>
      <w:tr w:rsidR="00554B2D" w:rsidRPr="003A158C" w14:paraId="3019B25B" w14:textId="77777777">
        <w:tc>
          <w:tcPr>
            <w:tcW w:w="5040" w:type="dxa"/>
            <w:tcBorders>
              <w:bottom w:val="single" w:sz="0" w:space="0" w:color="AABBB3"/>
            </w:tcBorders>
          </w:tcPr>
          <w:p w14:paraId="3B81882E" w14:textId="77777777" w:rsidR="00554B2D" w:rsidRPr="003A158C" w:rsidRDefault="00BE0030">
            <w:pPr>
              <w:spacing w:after="0"/>
              <w:rPr>
                <w:sz w:val="20"/>
                <w:szCs w:val="20"/>
              </w:rPr>
            </w:pPr>
            <w:r w:rsidRPr="003A15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40" w:type="dxa"/>
            <w:tcBorders>
              <w:bottom w:val="single" w:sz="0" w:space="0" w:color="AABBB3"/>
            </w:tcBorders>
          </w:tcPr>
          <w:p w14:paraId="73521C6F" w14:textId="77777777" w:rsidR="00554B2D" w:rsidRPr="003A158C" w:rsidRDefault="00BE0030">
            <w:pPr>
              <w:spacing w:after="0"/>
              <w:rPr>
                <w:sz w:val="20"/>
                <w:szCs w:val="20"/>
              </w:rPr>
            </w:pPr>
            <w:r w:rsidRPr="003A158C">
              <w:rPr>
                <w:sz w:val="20"/>
                <w:szCs w:val="20"/>
              </w:rPr>
              <w:t xml:space="preserve"> </w:t>
            </w:r>
          </w:p>
        </w:tc>
      </w:tr>
    </w:tbl>
    <w:p w14:paraId="64DC136A" w14:textId="77777777" w:rsidR="00554B2D" w:rsidRPr="000B673E" w:rsidRDefault="00554B2D">
      <w:pPr>
        <w:spacing w:after="0"/>
        <w:rPr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54B2D" w:rsidRPr="003A158C" w14:paraId="4AEE395F" w14:textId="77777777">
        <w:tc>
          <w:tcPr>
            <w:tcW w:w="5040" w:type="dxa"/>
            <w:vAlign w:val="center"/>
          </w:tcPr>
          <w:p w14:paraId="69E1B8D9" w14:textId="77777777" w:rsidR="00554B2D" w:rsidRPr="003A158C" w:rsidRDefault="00BE0030">
            <w:pPr>
              <w:rPr>
                <w:sz w:val="20"/>
                <w:szCs w:val="20"/>
              </w:rPr>
            </w:pPr>
            <w:r w:rsidRPr="003A158C">
              <w:rPr>
                <w:color w:val="14674C"/>
                <w:sz w:val="20"/>
                <w:szCs w:val="20"/>
              </w:rPr>
              <w:t>Email</w:t>
            </w:r>
          </w:p>
        </w:tc>
        <w:tc>
          <w:tcPr>
            <w:tcW w:w="5040" w:type="dxa"/>
            <w:vAlign w:val="center"/>
          </w:tcPr>
          <w:p w14:paraId="137D59E4" w14:textId="77777777" w:rsidR="00554B2D" w:rsidRPr="003A158C" w:rsidRDefault="00BE0030">
            <w:pPr>
              <w:rPr>
                <w:sz w:val="20"/>
                <w:szCs w:val="20"/>
              </w:rPr>
            </w:pPr>
            <w:r w:rsidRPr="003A158C">
              <w:rPr>
                <w:color w:val="14674C"/>
                <w:sz w:val="20"/>
                <w:szCs w:val="20"/>
              </w:rPr>
              <w:t>Phone</w:t>
            </w:r>
          </w:p>
        </w:tc>
      </w:tr>
      <w:tr w:rsidR="00554B2D" w:rsidRPr="003A158C" w14:paraId="61588C8C" w14:textId="77777777">
        <w:tc>
          <w:tcPr>
            <w:tcW w:w="5040" w:type="dxa"/>
            <w:tcBorders>
              <w:bottom w:val="single" w:sz="0" w:space="0" w:color="AABBB3"/>
            </w:tcBorders>
          </w:tcPr>
          <w:p w14:paraId="301BDE89" w14:textId="77777777" w:rsidR="00554B2D" w:rsidRPr="003A158C" w:rsidRDefault="00BE0030">
            <w:pPr>
              <w:spacing w:after="0"/>
              <w:rPr>
                <w:sz w:val="20"/>
                <w:szCs w:val="20"/>
              </w:rPr>
            </w:pPr>
            <w:r w:rsidRPr="003A15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40" w:type="dxa"/>
            <w:tcBorders>
              <w:bottom w:val="single" w:sz="0" w:space="0" w:color="AABBB3"/>
            </w:tcBorders>
          </w:tcPr>
          <w:p w14:paraId="3834EC43" w14:textId="77777777" w:rsidR="00554B2D" w:rsidRPr="003A158C" w:rsidRDefault="00BE0030">
            <w:pPr>
              <w:spacing w:after="0"/>
              <w:rPr>
                <w:sz w:val="20"/>
                <w:szCs w:val="20"/>
              </w:rPr>
            </w:pPr>
            <w:r w:rsidRPr="003A158C">
              <w:rPr>
                <w:sz w:val="20"/>
                <w:szCs w:val="20"/>
              </w:rPr>
              <w:t xml:space="preserve"> </w:t>
            </w:r>
          </w:p>
        </w:tc>
      </w:tr>
    </w:tbl>
    <w:p w14:paraId="1D14B845" w14:textId="77777777" w:rsidR="00554B2D" w:rsidRPr="000B673E" w:rsidRDefault="00554B2D">
      <w:pPr>
        <w:spacing w:after="0"/>
        <w:rPr>
          <w:sz w:val="16"/>
          <w:szCs w:val="16"/>
        </w:rPr>
      </w:pPr>
    </w:p>
    <w:p w14:paraId="3EEDE7A3" w14:textId="6FEBAFF0" w:rsidR="00554B2D" w:rsidRPr="000B673E" w:rsidRDefault="00BE0030">
      <w:pPr>
        <w:pBdr>
          <w:bottom w:val="single" w:sz="12" w:space="1" w:color="auto"/>
        </w:pBdr>
        <w:spacing w:after="160"/>
        <w:rPr>
          <w:sz w:val="16"/>
          <w:szCs w:val="16"/>
        </w:rPr>
      </w:pPr>
      <w:r w:rsidRPr="006477E3">
        <w:rPr>
          <w:color w:val="14674C"/>
          <w:sz w:val="20"/>
          <w:szCs w:val="20"/>
        </w:rPr>
        <w:t>☐</w:t>
      </w:r>
      <w:r w:rsidRPr="006477E3">
        <w:rPr>
          <w:color w:val="14674C"/>
          <w:sz w:val="20"/>
          <w:szCs w:val="20"/>
        </w:rPr>
        <w:t xml:space="preserve"> </w:t>
      </w:r>
      <w:r w:rsidR="003A158C" w:rsidRPr="006477E3">
        <w:rPr>
          <w:color w:val="14674C"/>
          <w:sz w:val="20"/>
          <w:szCs w:val="20"/>
        </w:rPr>
        <w:t>Check box to permit SINA to use your name when informing candidates of their nomination.</w:t>
      </w:r>
      <w:r w:rsidR="008B167C" w:rsidRPr="003A158C">
        <w:rPr>
          <w:sz w:val="20"/>
          <w:szCs w:val="20"/>
        </w:rPr>
        <w:br/>
      </w:r>
    </w:p>
    <w:p w14:paraId="06A58E1B" w14:textId="3681742C" w:rsidR="00554B2D" w:rsidRPr="003A158C" w:rsidRDefault="00BE0030" w:rsidP="00EE425D">
      <w:pPr>
        <w:spacing w:after="40"/>
        <w:rPr>
          <w:sz w:val="22"/>
        </w:rPr>
      </w:pPr>
      <w:r w:rsidRPr="003A158C">
        <w:rPr>
          <w:b/>
          <w:color w:val="14674C"/>
          <w:sz w:val="22"/>
        </w:rPr>
        <w:t xml:space="preserve">SUBMIT </w:t>
      </w:r>
      <w:r w:rsidR="003A158C">
        <w:rPr>
          <w:b/>
          <w:color w:val="14674C"/>
          <w:sz w:val="22"/>
        </w:rPr>
        <w:t xml:space="preserve">FORM TO SINA </w:t>
      </w:r>
      <w:r w:rsidRPr="003A158C">
        <w:rPr>
          <w:b/>
          <w:color w:val="14674C"/>
          <w:sz w:val="22"/>
        </w:rPr>
        <w:t>BY MAIL OR EMAIL</w:t>
      </w:r>
      <w:r w:rsidR="003A158C">
        <w:rPr>
          <w:sz w:val="22"/>
        </w:rPr>
        <w:br/>
      </w:r>
      <w:r w:rsidRPr="006477E3">
        <w:rPr>
          <w:color w:val="40403E"/>
          <w:sz w:val="22"/>
        </w:rPr>
        <w:t xml:space="preserve">207 Washington Street, Hartford, CT </w:t>
      </w:r>
      <w:proofErr w:type="gramStart"/>
      <w:r w:rsidRPr="006477E3">
        <w:rPr>
          <w:color w:val="40403E"/>
          <w:sz w:val="22"/>
        </w:rPr>
        <w:t>06106</w:t>
      </w:r>
      <w:r w:rsidR="00EE425D" w:rsidRPr="006477E3">
        <w:rPr>
          <w:color w:val="40403E"/>
          <w:sz w:val="22"/>
        </w:rPr>
        <w:t xml:space="preserve">  •</w:t>
      </w:r>
      <w:proofErr w:type="gramEnd"/>
      <w:r w:rsidR="00EE425D" w:rsidRPr="006477E3">
        <w:rPr>
          <w:color w:val="40403E"/>
          <w:sz w:val="22"/>
        </w:rPr>
        <w:t xml:space="preserve"> </w:t>
      </w:r>
      <w:r w:rsidRPr="006477E3">
        <w:rPr>
          <w:color w:val="40403E"/>
          <w:sz w:val="22"/>
        </w:rPr>
        <w:t>lvalentin@sinainc.org • (860) 493-1618 • sinainc.org/nsa</w:t>
      </w:r>
    </w:p>
    <w:sectPr w:rsidR="00554B2D" w:rsidRPr="003A158C" w:rsidSect="000B673E">
      <w:pgSz w:w="12240" w:h="15840"/>
      <w:pgMar w:top="360" w:right="990" w:bottom="9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 New Roman (OTF)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0499934">
    <w:abstractNumId w:val="8"/>
  </w:num>
  <w:num w:numId="2" w16cid:durableId="1969123595">
    <w:abstractNumId w:val="6"/>
  </w:num>
  <w:num w:numId="3" w16cid:durableId="1382904828">
    <w:abstractNumId w:val="5"/>
  </w:num>
  <w:num w:numId="4" w16cid:durableId="868496186">
    <w:abstractNumId w:val="4"/>
  </w:num>
  <w:num w:numId="5" w16cid:durableId="543833939">
    <w:abstractNumId w:val="7"/>
  </w:num>
  <w:num w:numId="6" w16cid:durableId="62916335">
    <w:abstractNumId w:val="3"/>
  </w:num>
  <w:num w:numId="7" w16cid:durableId="1125733540">
    <w:abstractNumId w:val="2"/>
  </w:num>
  <w:num w:numId="8" w16cid:durableId="999237815">
    <w:abstractNumId w:val="1"/>
  </w:num>
  <w:num w:numId="9" w16cid:durableId="781268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M1NTM2MDA3tLQ0MTBT0lEKTi0uzszPAykwrAUAOX46CCwAAAA="/>
  </w:docVars>
  <w:rsids>
    <w:rsidRoot w:val="00B47730"/>
    <w:rsid w:val="00034616"/>
    <w:rsid w:val="0006063C"/>
    <w:rsid w:val="000B673E"/>
    <w:rsid w:val="0015074B"/>
    <w:rsid w:val="00270601"/>
    <w:rsid w:val="0029639D"/>
    <w:rsid w:val="00326F90"/>
    <w:rsid w:val="003A158C"/>
    <w:rsid w:val="00500D65"/>
    <w:rsid w:val="00554B2D"/>
    <w:rsid w:val="006477E3"/>
    <w:rsid w:val="008227BE"/>
    <w:rsid w:val="008B167C"/>
    <w:rsid w:val="00AA1D8D"/>
    <w:rsid w:val="00B47730"/>
    <w:rsid w:val="00C1542B"/>
    <w:rsid w:val="00CB0664"/>
    <w:rsid w:val="00EE425D"/>
    <w:rsid w:val="00FC693F"/>
    <w:rsid w:val="00FE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63CAE0"/>
  <w14:defaultImageDpi w14:val="300"/>
  <w15:docId w15:val="{9B5C6EA8-64CF-4AC0-8282-C2851959B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asicParagraph">
    <w:name w:val="[Basic Paragraph]"/>
    <w:basedOn w:val="Normal"/>
    <w:uiPriority w:val="99"/>
    <w:rsid w:val="000B673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 (OTF) Regular" w:hAnsi="Times New Roman (OTF) Regular" w:cs="Times New Roman (OTF) 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Valentin</cp:lastModifiedBy>
  <cp:revision>2</cp:revision>
  <dcterms:created xsi:type="dcterms:W3CDTF">2026-10-15T16:45:00Z</dcterms:created>
  <dcterms:modified xsi:type="dcterms:W3CDTF">2026-10-15T16:45:00Z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b34e05d61255dc5d745dcda165194515cbfebe3c555fc2b2c852b156005366e8</vt:lpwstr>
  </property>
</Properties>
</file>